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066" w:rsidRPr="00B3441C" w:rsidRDefault="00B3441C" w:rsidP="00B3441C">
      <w:pPr>
        <w:pStyle w:val="Balk1"/>
        <w:jc w:val="center"/>
        <w:rPr>
          <w:rFonts w:ascii="Times New Roman" w:hAnsi="Times New Roman" w:cs="Times New Roman"/>
          <w:sz w:val="24"/>
          <w:szCs w:val="24"/>
        </w:rPr>
      </w:pPr>
      <w:r w:rsidRPr="00B3441C">
        <w:rPr>
          <w:rFonts w:ascii="Times New Roman" w:hAnsi="Times New Roman" w:cs="Times New Roman"/>
          <w:sz w:val="24"/>
          <w:szCs w:val="24"/>
        </w:rPr>
        <w:t xml:space="preserve">Akademik Danışmanlık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Memnuniyet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Anketi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Sonuç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Raporu</w:t>
      </w:r>
      <w:proofErr w:type="spellEnd"/>
    </w:p>
    <w:p w:rsidR="00154066" w:rsidRPr="00B3441C" w:rsidRDefault="00B3441C">
      <w:pPr>
        <w:rPr>
          <w:rFonts w:ascii="Times New Roman" w:hAnsi="Times New Roman" w:cs="Times New Roman"/>
          <w:sz w:val="24"/>
          <w:szCs w:val="24"/>
        </w:rPr>
      </w:pPr>
      <w:r w:rsidRPr="00B3441C">
        <w:rPr>
          <w:rFonts w:ascii="Times New Roman" w:hAnsi="Times New Roman" w:cs="Times New Roman"/>
          <w:b/>
          <w:sz w:val="24"/>
          <w:szCs w:val="24"/>
        </w:rPr>
        <w:t>Katılımcı Sayısı: 126</w:t>
      </w:r>
      <w:r w:rsidRPr="00B3441C">
        <w:rPr>
          <w:rFonts w:ascii="Times New Roman" w:hAnsi="Times New Roman" w:cs="Times New Roman"/>
          <w:b/>
          <w:sz w:val="24"/>
          <w:szCs w:val="24"/>
        </w:rPr>
        <w:br/>
      </w:r>
      <w:r w:rsidRPr="00B3441C">
        <w:rPr>
          <w:rFonts w:ascii="Times New Roman" w:hAnsi="Times New Roman" w:cs="Times New Roman"/>
          <w:sz w:val="24"/>
          <w:szCs w:val="24"/>
        </w:rPr>
        <w:t>Fakülte Genel Ortalama: 4.18/5</w:t>
      </w:r>
      <w:r w:rsidRPr="00B3441C">
        <w:rPr>
          <w:rFonts w:ascii="Times New Roman" w:hAnsi="Times New Roman" w:cs="Times New Roman"/>
          <w:sz w:val="24"/>
          <w:szCs w:val="24"/>
        </w:rPr>
        <w:br/>
      </w:r>
    </w:p>
    <w:p w:rsidR="00B3441C" w:rsidRPr="00B3441C" w:rsidRDefault="00B3441C" w:rsidP="00B3441C">
      <w:pPr>
        <w:pStyle w:val="Balk1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Amaç</w:t>
      </w:r>
      <w:proofErr w:type="spellEnd"/>
    </w:p>
    <w:p w:rsidR="00B3441C" w:rsidRPr="00B3441C" w:rsidRDefault="00B3441C" w:rsidP="00B3441C">
      <w:pPr>
        <w:jc w:val="both"/>
        <w:rPr>
          <w:rFonts w:ascii="Times New Roman" w:hAnsi="Times New Roman" w:cs="Times New Roman"/>
          <w:sz w:val="24"/>
          <w:szCs w:val="24"/>
        </w:rPr>
      </w:pPr>
      <w:r w:rsidRPr="00B3441C">
        <w:rPr>
          <w:rFonts w:ascii="Times New Roman" w:hAnsi="Times New Roman" w:cs="Times New Roman"/>
          <w:sz w:val="24"/>
          <w:szCs w:val="24"/>
        </w:rPr>
        <w:t xml:space="preserve">Bu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anket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Kilis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Aralık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Üniversitesi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İnsan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Toplum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Bilimleri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Fakültesi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öğrencilerinin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danışmanlık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hizmetlerine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ilişkin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memnuniyet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düzeylerini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belirlemek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danışmanlık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hizmetlerinin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güçlü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yönlerini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ortaya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koymak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geliştirilmesi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gereken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alanları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tespit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etmek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amacıyla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uygulanmıştır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>.</w:t>
      </w:r>
    </w:p>
    <w:p w:rsidR="00B3441C" w:rsidRPr="00B3441C" w:rsidRDefault="00B3441C" w:rsidP="00B3441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Anket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sonuçları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doğrultusunda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öğrencilerin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danışmanlarına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erişebilirlikleri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danışmanların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rehberlik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yönlendirme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faaliyetleri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iletişim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düzeyleri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gelişime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katkıları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değerlendirilmiş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elde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edilen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bulgular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kalite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güvencesi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çalışmaları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kapsamında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sürekli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iyileştirme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faaliyetlerine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temel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oluşturmuştur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>.</w:t>
      </w:r>
    </w:p>
    <w:p w:rsidR="00154066" w:rsidRPr="00B3441C" w:rsidRDefault="00B3441C" w:rsidP="00B3441C">
      <w:pPr>
        <w:pStyle w:val="Balk1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Genel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Değerlendirme</w:t>
      </w:r>
      <w:proofErr w:type="spellEnd"/>
    </w:p>
    <w:p w:rsidR="00B3441C" w:rsidRPr="00B3441C" w:rsidRDefault="00B3441C" w:rsidP="00B3441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Ankete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toplam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126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öğrenci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katılmıştır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>.</w:t>
      </w:r>
    </w:p>
    <w:p w:rsidR="00B3441C" w:rsidRPr="00B3441C" w:rsidRDefault="00B3441C" w:rsidP="00B3441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Anket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sonuçları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incelendiğinde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öğrencilerin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danışmanlık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hizmetlerinden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genel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olarak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memnun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oldukları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görülmektedir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Tüm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kapalı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uçlu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soruların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ortalamaları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4,13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4,30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arasında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gerçekleşmiş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olup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bu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durum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öğrencilerin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danışmanlarına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ilişkin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olumlu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algıya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sahip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olduğunu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göstermektedir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>.</w:t>
      </w:r>
    </w:p>
    <w:p w:rsidR="00B3441C" w:rsidRPr="00B3441C" w:rsidRDefault="00B3441C" w:rsidP="00B3441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yüksek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memnuniyet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ortalaması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öğrencilerin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danışmanımın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kim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olduğunu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biliyorum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."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ifadesinde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görülürken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diğer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tüm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maddelerde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ortalamanın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puanın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üzerinde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olması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danışmanlık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sisteminin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etkin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biçimde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yürütüldüğünü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göstermektedir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>.</w:t>
      </w:r>
    </w:p>
    <w:p w:rsidR="00B3441C" w:rsidRPr="00B3441C" w:rsidRDefault="00B3441C" w:rsidP="00B3441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Öğrencilerin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büyük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çoğunluğu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>;</w:t>
      </w:r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danışmanlarına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kolay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ulaşabildiğini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>,</w:t>
      </w:r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danışmanlarının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kendileriyle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ilgilendiğini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>,</w:t>
      </w:r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süreçlerde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gerekli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yönlendirmeleri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yaptığını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>,</w:t>
      </w:r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sorunların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çözümünde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destek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olduğunu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>,</w:t>
      </w:r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danışmanlarının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anlayışlı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yapıcı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davrandığını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ifade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etmiştir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>.</w:t>
      </w:r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Bununla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birlikte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bazı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öğrenciler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danışmanlarla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daha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fazla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birebir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görüşme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yapılması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iletişimin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artırılması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özellikle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formasyon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kariyer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planlaması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konularında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daha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fazla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bilgilendirme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yapılmasını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önermiştir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>.</w:t>
      </w:r>
    </w:p>
    <w:p w:rsidR="00B3441C" w:rsidRPr="00B3441C" w:rsidRDefault="00B3441C" w:rsidP="00B3441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Genel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olarak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değerlendirildiğinde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danışmanlık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hizmetleri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öğrencilerin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beklentilerini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büyük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ölçüde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karşılamakta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olup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memnuniyet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düzeyi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yüksek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bulunmuştur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>.</w:t>
      </w:r>
    </w:p>
    <w:p w:rsidR="00B3441C" w:rsidRPr="00B3441C" w:rsidRDefault="00B3441C" w:rsidP="00B344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441C" w:rsidRPr="00B3441C" w:rsidRDefault="00B3441C" w:rsidP="00B3441C">
      <w:pPr>
        <w:pStyle w:val="Balk1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lastRenderedPageBreak/>
        <w:t>Kapalı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Uçlu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Soruların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Değerlendirilmesi</w:t>
      </w:r>
      <w:proofErr w:type="spellEnd"/>
    </w:p>
    <w:p w:rsidR="00B3441C" w:rsidRPr="00B3441C" w:rsidRDefault="00B3441C" w:rsidP="00B3441C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b/>
          <w:sz w:val="24"/>
          <w:szCs w:val="24"/>
        </w:rPr>
        <w:t>Soru</w:t>
      </w:r>
      <w:proofErr w:type="spellEnd"/>
      <w:r w:rsidRPr="00B3441C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B3441C" w:rsidRPr="00B3441C" w:rsidRDefault="00B3441C" w:rsidP="00B3441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danışmanımın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kim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olduğunu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biliyorum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>.</w:t>
      </w:r>
    </w:p>
    <w:p w:rsidR="00B3441C" w:rsidRPr="00B3441C" w:rsidRDefault="00B3441C" w:rsidP="00B3441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Ortalama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Puan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>: 4,30 / 5</w:t>
      </w:r>
    </w:p>
    <w:p w:rsidR="00B3441C" w:rsidRPr="00B3441C" w:rsidRDefault="00B3441C" w:rsidP="00B3441C">
      <w:pPr>
        <w:jc w:val="both"/>
        <w:rPr>
          <w:rFonts w:ascii="Times New Roman" w:hAnsi="Times New Roman" w:cs="Times New Roman"/>
          <w:sz w:val="24"/>
          <w:szCs w:val="24"/>
        </w:rPr>
      </w:pPr>
      <w:r w:rsidRPr="00B3441C">
        <w:rPr>
          <w:rFonts w:ascii="Times New Roman" w:hAnsi="Times New Roman" w:cs="Times New Roman"/>
          <w:sz w:val="24"/>
          <w:szCs w:val="24"/>
        </w:rPr>
        <w:t xml:space="preserve">Bu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madde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anketin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yüksek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ortalamasına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sahiptir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Sonuçlar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öğrencilerin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büyük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çoğunluğunun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danışmanını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tanıdığını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danışmanlık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sisteminin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öğrencilere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doğru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şekilde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tanıtıldığını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göstermektedir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Danışman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atama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sürecinin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etkin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yürütüldüğü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değerlendirilmektedir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>.</w:t>
      </w:r>
    </w:p>
    <w:p w:rsidR="00B3441C" w:rsidRPr="00B3441C" w:rsidRDefault="00B3441C" w:rsidP="00B344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441C" w:rsidRPr="00B3441C" w:rsidRDefault="00B3441C" w:rsidP="00B3441C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b/>
          <w:sz w:val="24"/>
          <w:szCs w:val="24"/>
        </w:rPr>
        <w:t>Soru</w:t>
      </w:r>
      <w:proofErr w:type="spellEnd"/>
      <w:r w:rsidRPr="00B3441C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:rsidR="00B3441C" w:rsidRPr="00B3441C" w:rsidRDefault="00B3441C" w:rsidP="00B3441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Danışmanıma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ihtiyaç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duyduğumda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kolayca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ulaşabiliyorum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>.</w:t>
      </w:r>
    </w:p>
    <w:p w:rsidR="00B3441C" w:rsidRPr="00B3441C" w:rsidRDefault="00B3441C" w:rsidP="00B3441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Ortalama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Puan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>: 4,13 / 5</w:t>
      </w:r>
    </w:p>
    <w:p w:rsidR="00B3441C" w:rsidRPr="00B3441C" w:rsidRDefault="00B3441C" w:rsidP="00B3441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Öğrenciler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genel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olarak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danışmanlarına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ulaşabildiklerini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belirtmiştir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Bununla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birlikte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açık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uçlu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cevaplarda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bazı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öğrenciler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danışmanların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odalarında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bulunma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sürelerinin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artırılması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iletişimin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daha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düzenli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yürütülmesi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gerektiğini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ifade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etmiştir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>.</w:t>
      </w:r>
    </w:p>
    <w:p w:rsidR="00B3441C" w:rsidRPr="00B3441C" w:rsidRDefault="00B3441C" w:rsidP="00B344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441C" w:rsidRPr="00B3441C" w:rsidRDefault="00B3441C" w:rsidP="00B3441C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b/>
          <w:sz w:val="24"/>
          <w:szCs w:val="24"/>
        </w:rPr>
        <w:t>Soru</w:t>
      </w:r>
      <w:proofErr w:type="spellEnd"/>
      <w:r w:rsidRPr="00B3441C">
        <w:rPr>
          <w:rFonts w:ascii="Times New Roman" w:hAnsi="Times New Roman" w:cs="Times New Roman"/>
          <w:b/>
          <w:sz w:val="24"/>
          <w:szCs w:val="24"/>
        </w:rPr>
        <w:t xml:space="preserve"> 3</w:t>
      </w:r>
    </w:p>
    <w:p w:rsidR="00B3441C" w:rsidRPr="00B3441C" w:rsidRDefault="00B3441C" w:rsidP="00B3441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Danışmanım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görüşmelere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yeterli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zaman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ayırıyor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>.</w:t>
      </w:r>
    </w:p>
    <w:p w:rsidR="00B3441C" w:rsidRPr="00B3441C" w:rsidRDefault="00B3441C" w:rsidP="00B3441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Ortalama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Puan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>: 4,17 / 5</w:t>
      </w:r>
    </w:p>
    <w:p w:rsidR="00B3441C" w:rsidRPr="00B3441C" w:rsidRDefault="00B3441C" w:rsidP="00B3441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Sonuçlar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danışmanların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öğrencilere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yeterli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zaman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ayırdığını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göstermektedir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Öğrencilerin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önemli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kısmı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danışmanlarının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kendilerini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dinlediğini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ihtiyaç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duyduklarında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destek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verdiğini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belirtmiştir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>.</w:t>
      </w:r>
    </w:p>
    <w:p w:rsidR="00B3441C" w:rsidRPr="00B3441C" w:rsidRDefault="00B3441C" w:rsidP="00B344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441C" w:rsidRPr="00B3441C" w:rsidRDefault="00B3441C" w:rsidP="00B3441C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b/>
          <w:sz w:val="24"/>
          <w:szCs w:val="24"/>
        </w:rPr>
        <w:t>Soru</w:t>
      </w:r>
      <w:proofErr w:type="spellEnd"/>
      <w:r w:rsidRPr="00B3441C">
        <w:rPr>
          <w:rFonts w:ascii="Times New Roman" w:hAnsi="Times New Roman" w:cs="Times New Roman"/>
          <w:b/>
          <w:sz w:val="24"/>
          <w:szCs w:val="24"/>
        </w:rPr>
        <w:t xml:space="preserve"> 4</w:t>
      </w:r>
    </w:p>
    <w:p w:rsidR="00B3441C" w:rsidRPr="00B3441C" w:rsidRDefault="00B3441C" w:rsidP="00B3441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Danışmanım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ders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seçimi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kayıt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süreçlerinde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bana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yardımcı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oluyor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>.</w:t>
      </w:r>
    </w:p>
    <w:p w:rsidR="00B3441C" w:rsidRPr="00B3441C" w:rsidRDefault="00B3441C" w:rsidP="00B3441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Ortalama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Puan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>: 4,20 / 5</w:t>
      </w:r>
    </w:p>
    <w:p w:rsidR="00B3441C" w:rsidRPr="00B3441C" w:rsidRDefault="00B3441C" w:rsidP="00B3441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Öğrenciler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danışmanlarının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özellikle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ders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kayıtları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ders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seçim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süreçlerinde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etkin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rehberlik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sunduğunu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ifade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etmiştir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. Bu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sonuç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danışmanlığın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temel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görevlerinden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birinin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başarılı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şekilde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yerine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getirildiğini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göstermektedir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>.</w:t>
      </w:r>
    </w:p>
    <w:p w:rsidR="00B3441C" w:rsidRPr="00B3441C" w:rsidRDefault="00B3441C" w:rsidP="00B3441C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b/>
          <w:sz w:val="24"/>
          <w:szCs w:val="24"/>
        </w:rPr>
        <w:lastRenderedPageBreak/>
        <w:t>Soru</w:t>
      </w:r>
      <w:proofErr w:type="spellEnd"/>
      <w:r w:rsidRPr="00B3441C">
        <w:rPr>
          <w:rFonts w:ascii="Times New Roman" w:hAnsi="Times New Roman" w:cs="Times New Roman"/>
          <w:b/>
          <w:sz w:val="24"/>
          <w:szCs w:val="24"/>
        </w:rPr>
        <w:t xml:space="preserve"> 5</w:t>
      </w:r>
    </w:p>
    <w:p w:rsidR="00B3441C" w:rsidRPr="00B3441C" w:rsidRDefault="00B3441C" w:rsidP="00B3441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Danışmanım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gelişimim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yol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gösterici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tavsiyelerde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bulunuyor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>.</w:t>
      </w:r>
    </w:p>
    <w:p w:rsidR="00B3441C" w:rsidRPr="00B3441C" w:rsidRDefault="00B3441C" w:rsidP="00B3441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Ortalama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Puan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>: 4,13 / 5</w:t>
      </w:r>
    </w:p>
    <w:p w:rsidR="00B3441C" w:rsidRPr="00B3441C" w:rsidRDefault="00B3441C" w:rsidP="00B3441C">
      <w:pPr>
        <w:jc w:val="both"/>
        <w:rPr>
          <w:rFonts w:ascii="Times New Roman" w:hAnsi="Times New Roman" w:cs="Times New Roman"/>
          <w:sz w:val="24"/>
          <w:szCs w:val="24"/>
        </w:rPr>
      </w:pPr>
      <w:r w:rsidRPr="00B3441C">
        <w:rPr>
          <w:rFonts w:ascii="Times New Roman" w:hAnsi="Times New Roman" w:cs="Times New Roman"/>
          <w:sz w:val="24"/>
          <w:szCs w:val="24"/>
        </w:rPr>
        <w:t xml:space="preserve">Bu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madde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öğrencilerin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danışmanlarından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gelişim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konusunda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önemli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ölçüde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destek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aldığını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göstermektedir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Bununla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birlikte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bazı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öğrenciler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kariyer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planlaması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lisansüstü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eğitim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formasyon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gibi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konularda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daha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fazla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yönlendirme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beklediklerini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belirtmiştir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>.</w:t>
      </w:r>
    </w:p>
    <w:p w:rsidR="00B3441C" w:rsidRPr="00B3441C" w:rsidRDefault="00B3441C" w:rsidP="00B344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441C" w:rsidRPr="00B3441C" w:rsidRDefault="00B3441C" w:rsidP="00B3441C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b/>
          <w:sz w:val="24"/>
          <w:szCs w:val="24"/>
        </w:rPr>
        <w:t>Soru</w:t>
      </w:r>
      <w:proofErr w:type="spellEnd"/>
      <w:r w:rsidRPr="00B3441C">
        <w:rPr>
          <w:rFonts w:ascii="Times New Roman" w:hAnsi="Times New Roman" w:cs="Times New Roman"/>
          <w:b/>
          <w:sz w:val="24"/>
          <w:szCs w:val="24"/>
        </w:rPr>
        <w:t xml:space="preserve"> 6</w:t>
      </w:r>
    </w:p>
    <w:p w:rsidR="00B3441C" w:rsidRPr="00B3441C" w:rsidRDefault="00B3441C" w:rsidP="00B3441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Danışmanım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sorunlarımı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dinliyor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çözüm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yönlendiriyor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>.</w:t>
      </w:r>
    </w:p>
    <w:p w:rsidR="00B3441C" w:rsidRPr="00B3441C" w:rsidRDefault="00B3441C" w:rsidP="00B3441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Ortalama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Puan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>: 4,16 / 5</w:t>
      </w:r>
    </w:p>
    <w:p w:rsidR="00B3441C" w:rsidRPr="00B3441C" w:rsidRDefault="00B3441C" w:rsidP="00B3441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Sonuçlar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danışmanların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öğrencilerin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sorunlarını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dinleme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çözüm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üretme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konusunda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başarılı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olduklarını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göstermektedir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Açık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uçlu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cevaplarda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danışmanların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çözüm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odaklı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yaklaşımı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sıklıkla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olumlu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şekilde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ifade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edilmiştir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>.</w:t>
      </w:r>
    </w:p>
    <w:p w:rsidR="00B3441C" w:rsidRPr="00B3441C" w:rsidRDefault="00B3441C" w:rsidP="00B344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441C" w:rsidRPr="00B3441C" w:rsidRDefault="00B3441C" w:rsidP="00B3441C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b/>
          <w:sz w:val="24"/>
          <w:szCs w:val="24"/>
        </w:rPr>
        <w:t>Soru</w:t>
      </w:r>
      <w:proofErr w:type="spellEnd"/>
      <w:r w:rsidRPr="00B3441C">
        <w:rPr>
          <w:rFonts w:ascii="Times New Roman" w:hAnsi="Times New Roman" w:cs="Times New Roman"/>
          <w:b/>
          <w:sz w:val="24"/>
          <w:szCs w:val="24"/>
        </w:rPr>
        <w:t xml:space="preserve"> 7</w:t>
      </w:r>
    </w:p>
    <w:p w:rsidR="00B3441C" w:rsidRPr="00B3441C" w:rsidRDefault="00B3441C" w:rsidP="00B3441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Danışmanım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ilgili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anlayışlı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yapıcıdır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>.</w:t>
      </w:r>
    </w:p>
    <w:p w:rsidR="00B3441C" w:rsidRPr="00B3441C" w:rsidRDefault="00B3441C" w:rsidP="00B3441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Ortalama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Puan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>: 4,18 / 5</w:t>
      </w:r>
    </w:p>
    <w:p w:rsidR="00B3441C" w:rsidRPr="00B3441C" w:rsidRDefault="00B3441C" w:rsidP="00B3441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Öğrenciler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danışmanlarını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genel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olarak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ilgili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anlayışlı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öğrenci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odaklı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olarak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değerlendirmiştir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Özellikle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danışmanların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güler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yüzlü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destekleyici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tutumları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memnuniyet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oluşturan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başlıca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unsurlar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arasında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yer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almaktadır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>.</w:t>
      </w:r>
    </w:p>
    <w:p w:rsidR="00B3441C" w:rsidRPr="00B3441C" w:rsidRDefault="00B3441C" w:rsidP="00B344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441C" w:rsidRPr="00B3441C" w:rsidRDefault="00B3441C" w:rsidP="00B3441C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b/>
          <w:sz w:val="24"/>
          <w:szCs w:val="24"/>
        </w:rPr>
        <w:t>Soru</w:t>
      </w:r>
      <w:proofErr w:type="spellEnd"/>
      <w:r w:rsidRPr="00B3441C">
        <w:rPr>
          <w:rFonts w:ascii="Times New Roman" w:hAnsi="Times New Roman" w:cs="Times New Roman"/>
          <w:b/>
          <w:sz w:val="24"/>
          <w:szCs w:val="24"/>
        </w:rPr>
        <w:t xml:space="preserve"> 8</w:t>
      </w:r>
    </w:p>
    <w:p w:rsidR="00B3441C" w:rsidRPr="00B3441C" w:rsidRDefault="00B3441C" w:rsidP="00B3441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Danışmanlık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başarıma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olumlu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katkı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sağlıyor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>.</w:t>
      </w:r>
    </w:p>
    <w:p w:rsidR="00B3441C" w:rsidRPr="00B3441C" w:rsidRDefault="00B3441C" w:rsidP="00B3441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Ortalama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Puan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>: 4,16 / 5</w:t>
      </w:r>
    </w:p>
    <w:p w:rsidR="00B3441C" w:rsidRPr="00B3441C" w:rsidRDefault="00B3441C" w:rsidP="00B3441C">
      <w:pPr>
        <w:jc w:val="both"/>
        <w:rPr>
          <w:rFonts w:ascii="Times New Roman" w:hAnsi="Times New Roman" w:cs="Times New Roman"/>
          <w:sz w:val="24"/>
          <w:szCs w:val="24"/>
        </w:rPr>
      </w:pPr>
      <w:r w:rsidRPr="00B3441C">
        <w:rPr>
          <w:rFonts w:ascii="Times New Roman" w:hAnsi="Times New Roman" w:cs="Times New Roman"/>
          <w:sz w:val="24"/>
          <w:szCs w:val="24"/>
        </w:rPr>
        <w:t xml:space="preserve">Bu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sonuç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danışmanlık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hizmetlerinin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öğrencilerin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gelişimlerine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olumlu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katkı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sunduğunu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göstermektedir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Öğrenciler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özellikle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süreçlerin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planlanması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sorunların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çözümünde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danışman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desteğinin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faydalı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olduğunu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belirtmiştir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>.</w:t>
      </w:r>
    </w:p>
    <w:p w:rsidR="00B3441C" w:rsidRPr="00B3441C" w:rsidRDefault="00B3441C" w:rsidP="00B3441C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b/>
          <w:sz w:val="24"/>
          <w:szCs w:val="24"/>
        </w:rPr>
        <w:lastRenderedPageBreak/>
        <w:t>Soru</w:t>
      </w:r>
      <w:proofErr w:type="spellEnd"/>
      <w:r w:rsidRPr="00B3441C">
        <w:rPr>
          <w:rFonts w:ascii="Times New Roman" w:hAnsi="Times New Roman" w:cs="Times New Roman"/>
          <w:b/>
          <w:sz w:val="24"/>
          <w:szCs w:val="24"/>
        </w:rPr>
        <w:t xml:space="preserve"> 9</w:t>
      </w:r>
    </w:p>
    <w:p w:rsidR="00B3441C" w:rsidRPr="00B3441C" w:rsidRDefault="00B3441C" w:rsidP="00B3441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Genel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olarak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danışmanlık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hizmetinden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memnunum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>.</w:t>
      </w:r>
    </w:p>
    <w:p w:rsidR="00B3441C" w:rsidRPr="00B3441C" w:rsidRDefault="00B3441C" w:rsidP="00B3441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Ortalama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Puan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>: 4,15 / 5</w:t>
      </w:r>
    </w:p>
    <w:p w:rsidR="00B3441C" w:rsidRPr="00B3441C" w:rsidRDefault="00B3441C" w:rsidP="00B3441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Genel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memnuniyet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puanının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yüksek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olması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danışmanlık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sisteminin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öğrencilerin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beklentilerini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büyük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ölçüde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karşıladığını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göstermektedir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. Bu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sonuç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fakültede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yürütülen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danışmanlık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faaliyetlerinin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başarılı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olduğunu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ortaya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koymaktadır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>.</w:t>
      </w:r>
    </w:p>
    <w:p w:rsidR="00154066" w:rsidRPr="00B3441C" w:rsidRDefault="00B3441C" w:rsidP="00B3441C">
      <w:pPr>
        <w:pStyle w:val="Balk1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Bölüm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Bazında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Sonuçlar</w:t>
      </w:r>
      <w:proofErr w:type="spellEnd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154066" w:rsidRPr="00B3441C">
        <w:tc>
          <w:tcPr>
            <w:tcW w:w="2880" w:type="dxa"/>
          </w:tcPr>
          <w:p w:rsidR="00154066" w:rsidRPr="00B3441C" w:rsidRDefault="00B344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41C">
              <w:rPr>
                <w:rFonts w:ascii="Times New Roman" w:hAnsi="Times New Roman" w:cs="Times New Roman"/>
                <w:b/>
                <w:sz w:val="24"/>
                <w:szCs w:val="24"/>
              </w:rPr>
              <w:t>Bölüm</w:t>
            </w:r>
          </w:p>
        </w:tc>
        <w:tc>
          <w:tcPr>
            <w:tcW w:w="2880" w:type="dxa"/>
          </w:tcPr>
          <w:p w:rsidR="00154066" w:rsidRPr="00B3441C" w:rsidRDefault="00B344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41C">
              <w:rPr>
                <w:rFonts w:ascii="Times New Roman" w:hAnsi="Times New Roman" w:cs="Times New Roman"/>
                <w:b/>
                <w:sz w:val="24"/>
                <w:szCs w:val="24"/>
              </w:rPr>
              <w:t>Katılımcı</w:t>
            </w:r>
          </w:p>
        </w:tc>
        <w:tc>
          <w:tcPr>
            <w:tcW w:w="2880" w:type="dxa"/>
          </w:tcPr>
          <w:p w:rsidR="00154066" w:rsidRPr="00B3441C" w:rsidRDefault="00B344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41C">
              <w:rPr>
                <w:rFonts w:ascii="Times New Roman" w:hAnsi="Times New Roman" w:cs="Times New Roman"/>
                <w:b/>
                <w:sz w:val="24"/>
                <w:szCs w:val="24"/>
              </w:rPr>
              <w:t>Ortalama</w:t>
            </w:r>
          </w:p>
        </w:tc>
      </w:tr>
      <w:tr w:rsidR="00154066" w:rsidRPr="00B3441C">
        <w:tc>
          <w:tcPr>
            <w:tcW w:w="2880" w:type="dxa"/>
          </w:tcPr>
          <w:p w:rsidR="00154066" w:rsidRPr="00B3441C" w:rsidRDefault="00B3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41C">
              <w:rPr>
                <w:rFonts w:ascii="Times New Roman" w:hAnsi="Times New Roman" w:cs="Times New Roman"/>
                <w:sz w:val="24"/>
                <w:szCs w:val="24"/>
              </w:rPr>
              <w:t>Arap Dili ve Edebiyatı</w:t>
            </w:r>
          </w:p>
        </w:tc>
        <w:tc>
          <w:tcPr>
            <w:tcW w:w="2880" w:type="dxa"/>
          </w:tcPr>
          <w:p w:rsidR="00154066" w:rsidRPr="00B3441C" w:rsidRDefault="00B3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41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80" w:type="dxa"/>
          </w:tcPr>
          <w:p w:rsidR="00154066" w:rsidRPr="00B3441C" w:rsidRDefault="00B3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41C">
              <w:rPr>
                <w:rFonts w:ascii="Times New Roman" w:hAnsi="Times New Roman" w:cs="Times New Roman"/>
                <w:sz w:val="24"/>
                <w:szCs w:val="24"/>
              </w:rPr>
              <w:t>4.01</w:t>
            </w:r>
          </w:p>
        </w:tc>
      </w:tr>
      <w:tr w:rsidR="00154066" w:rsidRPr="00B3441C">
        <w:tc>
          <w:tcPr>
            <w:tcW w:w="2880" w:type="dxa"/>
          </w:tcPr>
          <w:p w:rsidR="00154066" w:rsidRPr="00B3441C" w:rsidRDefault="00B3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41C">
              <w:rPr>
                <w:rFonts w:ascii="Times New Roman" w:hAnsi="Times New Roman" w:cs="Times New Roman"/>
                <w:sz w:val="24"/>
                <w:szCs w:val="24"/>
              </w:rPr>
              <w:t>Coğrafya</w:t>
            </w:r>
          </w:p>
        </w:tc>
        <w:tc>
          <w:tcPr>
            <w:tcW w:w="2880" w:type="dxa"/>
          </w:tcPr>
          <w:p w:rsidR="00154066" w:rsidRPr="00B3441C" w:rsidRDefault="00B3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4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80" w:type="dxa"/>
          </w:tcPr>
          <w:p w:rsidR="00154066" w:rsidRPr="00B3441C" w:rsidRDefault="00B3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41C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</w:tr>
      <w:tr w:rsidR="00154066" w:rsidRPr="00B3441C">
        <w:tc>
          <w:tcPr>
            <w:tcW w:w="2880" w:type="dxa"/>
          </w:tcPr>
          <w:p w:rsidR="00154066" w:rsidRPr="00B3441C" w:rsidRDefault="00B3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41C">
              <w:rPr>
                <w:rFonts w:ascii="Times New Roman" w:hAnsi="Times New Roman" w:cs="Times New Roman"/>
                <w:sz w:val="24"/>
                <w:szCs w:val="24"/>
              </w:rPr>
              <w:t>Felse</w:t>
            </w:r>
            <w:r w:rsidRPr="00B3441C">
              <w:rPr>
                <w:rFonts w:ascii="Times New Roman" w:hAnsi="Times New Roman" w:cs="Times New Roman"/>
                <w:sz w:val="24"/>
                <w:szCs w:val="24"/>
              </w:rPr>
              <w:t>fe</w:t>
            </w:r>
          </w:p>
        </w:tc>
        <w:tc>
          <w:tcPr>
            <w:tcW w:w="2880" w:type="dxa"/>
          </w:tcPr>
          <w:p w:rsidR="00154066" w:rsidRPr="00B3441C" w:rsidRDefault="00B3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4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80" w:type="dxa"/>
          </w:tcPr>
          <w:p w:rsidR="00154066" w:rsidRPr="00B3441C" w:rsidRDefault="00B3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41C">
              <w:rPr>
                <w:rFonts w:ascii="Times New Roman" w:hAnsi="Times New Roman" w:cs="Times New Roman"/>
                <w:sz w:val="24"/>
                <w:szCs w:val="24"/>
              </w:rPr>
              <w:t>4.62</w:t>
            </w:r>
          </w:p>
        </w:tc>
      </w:tr>
      <w:tr w:rsidR="00154066" w:rsidRPr="00B3441C">
        <w:tc>
          <w:tcPr>
            <w:tcW w:w="2880" w:type="dxa"/>
          </w:tcPr>
          <w:p w:rsidR="00154066" w:rsidRPr="00B3441C" w:rsidRDefault="00B3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41C">
              <w:rPr>
                <w:rFonts w:ascii="Times New Roman" w:hAnsi="Times New Roman" w:cs="Times New Roman"/>
                <w:sz w:val="24"/>
                <w:szCs w:val="24"/>
              </w:rPr>
              <w:t>Sosyoloji</w:t>
            </w:r>
          </w:p>
        </w:tc>
        <w:tc>
          <w:tcPr>
            <w:tcW w:w="2880" w:type="dxa"/>
          </w:tcPr>
          <w:p w:rsidR="00154066" w:rsidRPr="00B3441C" w:rsidRDefault="00B3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41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80" w:type="dxa"/>
          </w:tcPr>
          <w:p w:rsidR="00154066" w:rsidRPr="00B3441C" w:rsidRDefault="00B3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41C">
              <w:rPr>
                <w:rFonts w:ascii="Times New Roman" w:hAnsi="Times New Roman" w:cs="Times New Roman"/>
                <w:sz w:val="24"/>
                <w:szCs w:val="24"/>
              </w:rPr>
              <w:t>4.37</w:t>
            </w:r>
          </w:p>
        </w:tc>
      </w:tr>
      <w:tr w:rsidR="00154066" w:rsidRPr="00B3441C">
        <w:tc>
          <w:tcPr>
            <w:tcW w:w="2880" w:type="dxa"/>
          </w:tcPr>
          <w:p w:rsidR="00154066" w:rsidRPr="00B3441C" w:rsidRDefault="00B3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41C">
              <w:rPr>
                <w:rFonts w:ascii="Times New Roman" w:hAnsi="Times New Roman" w:cs="Times New Roman"/>
                <w:sz w:val="24"/>
                <w:szCs w:val="24"/>
              </w:rPr>
              <w:t>Tarih</w:t>
            </w:r>
          </w:p>
        </w:tc>
        <w:tc>
          <w:tcPr>
            <w:tcW w:w="2880" w:type="dxa"/>
          </w:tcPr>
          <w:p w:rsidR="00154066" w:rsidRPr="00B3441C" w:rsidRDefault="00B3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41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80" w:type="dxa"/>
          </w:tcPr>
          <w:p w:rsidR="00154066" w:rsidRPr="00B3441C" w:rsidRDefault="00B3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41C">
              <w:rPr>
                <w:rFonts w:ascii="Times New Roman" w:hAnsi="Times New Roman" w:cs="Times New Roman"/>
                <w:sz w:val="24"/>
                <w:szCs w:val="24"/>
              </w:rPr>
              <w:t>4.09</w:t>
            </w:r>
          </w:p>
        </w:tc>
      </w:tr>
      <w:tr w:rsidR="00154066" w:rsidRPr="00B3441C">
        <w:tc>
          <w:tcPr>
            <w:tcW w:w="2880" w:type="dxa"/>
          </w:tcPr>
          <w:p w:rsidR="00154066" w:rsidRPr="00B3441C" w:rsidRDefault="00B3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41C">
              <w:rPr>
                <w:rFonts w:ascii="Times New Roman" w:hAnsi="Times New Roman" w:cs="Times New Roman"/>
                <w:sz w:val="24"/>
                <w:szCs w:val="24"/>
              </w:rPr>
              <w:t>Türk Dili ve Edebiyatı</w:t>
            </w:r>
          </w:p>
        </w:tc>
        <w:tc>
          <w:tcPr>
            <w:tcW w:w="2880" w:type="dxa"/>
          </w:tcPr>
          <w:p w:rsidR="00154066" w:rsidRPr="00B3441C" w:rsidRDefault="00B3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41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80" w:type="dxa"/>
          </w:tcPr>
          <w:p w:rsidR="00154066" w:rsidRPr="00B3441C" w:rsidRDefault="00B3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41C">
              <w:rPr>
                <w:rFonts w:ascii="Times New Roman" w:hAnsi="Times New Roman" w:cs="Times New Roman"/>
                <w:sz w:val="24"/>
                <w:szCs w:val="24"/>
              </w:rPr>
              <w:t>4.34</w:t>
            </w:r>
          </w:p>
        </w:tc>
      </w:tr>
    </w:tbl>
    <w:p w:rsidR="00B3441C" w:rsidRPr="00B3441C" w:rsidRDefault="00B3441C" w:rsidP="00B3441C">
      <w:pPr>
        <w:rPr>
          <w:rFonts w:ascii="Times New Roman" w:hAnsi="Times New Roman" w:cs="Times New Roman"/>
          <w:sz w:val="24"/>
          <w:szCs w:val="24"/>
        </w:rPr>
      </w:pPr>
    </w:p>
    <w:p w:rsidR="00B3441C" w:rsidRPr="00B3441C" w:rsidRDefault="00B3441C" w:rsidP="00B3441C">
      <w:pPr>
        <w:pStyle w:val="Balk1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Açık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Uçlu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Soruların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Değerlendirilmesi</w:t>
      </w:r>
      <w:proofErr w:type="spellEnd"/>
    </w:p>
    <w:p w:rsidR="00B3441C" w:rsidRPr="00B3441C" w:rsidRDefault="00B3441C" w:rsidP="00B3441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Öğrencilerin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açık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uçlu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cevapları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incelendiğinde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görüşler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büyük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ölçüde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olumlu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olup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aşağıdaki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temalar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öne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çıkmaktadır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>.</w:t>
      </w:r>
    </w:p>
    <w:p w:rsidR="00B3441C" w:rsidRPr="00B3441C" w:rsidRDefault="00B3441C" w:rsidP="00B344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441C" w:rsidRPr="00B3441C" w:rsidRDefault="00B3441C" w:rsidP="00B3441C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b/>
          <w:sz w:val="24"/>
          <w:szCs w:val="24"/>
        </w:rPr>
        <w:t>En</w:t>
      </w:r>
      <w:proofErr w:type="spellEnd"/>
      <w:r w:rsidRPr="00B344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b/>
          <w:sz w:val="24"/>
          <w:szCs w:val="24"/>
        </w:rPr>
        <w:t>Çok</w:t>
      </w:r>
      <w:proofErr w:type="spellEnd"/>
      <w:r w:rsidRPr="00B344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b/>
          <w:sz w:val="24"/>
          <w:szCs w:val="24"/>
        </w:rPr>
        <w:t>Tekrar</w:t>
      </w:r>
      <w:proofErr w:type="spellEnd"/>
      <w:r w:rsidRPr="00B3441C">
        <w:rPr>
          <w:rFonts w:ascii="Times New Roman" w:hAnsi="Times New Roman" w:cs="Times New Roman"/>
          <w:b/>
          <w:sz w:val="24"/>
          <w:szCs w:val="24"/>
        </w:rPr>
        <w:t xml:space="preserve"> Eden </w:t>
      </w:r>
      <w:proofErr w:type="spellStart"/>
      <w:r w:rsidRPr="00B3441C">
        <w:rPr>
          <w:rFonts w:ascii="Times New Roman" w:hAnsi="Times New Roman" w:cs="Times New Roman"/>
          <w:b/>
          <w:sz w:val="24"/>
          <w:szCs w:val="24"/>
        </w:rPr>
        <w:t>Olumlu</w:t>
      </w:r>
      <w:proofErr w:type="spellEnd"/>
      <w:r w:rsidRPr="00B344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b/>
          <w:sz w:val="24"/>
          <w:szCs w:val="24"/>
        </w:rPr>
        <w:t>Görüşler</w:t>
      </w:r>
      <w:proofErr w:type="spellEnd"/>
    </w:p>
    <w:p w:rsidR="00B3441C" w:rsidRPr="00B3441C" w:rsidRDefault="00B3441C" w:rsidP="00B3441C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Danışmanlara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kolay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ulaşılabilmesi</w:t>
      </w:r>
      <w:proofErr w:type="spellEnd"/>
    </w:p>
    <w:p w:rsidR="00B3441C" w:rsidRPr="00B3441C" w:rsidRDefault="00B3441C" w:rsidP="00B3441C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Öğrenciye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karşı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güler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yüzlü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anlayışlı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yaklaşım</w:t>
      </w:r>
      <w:proofErr w:type="spellEnd"/>
    </w:p>
    <w:p w:rsidR="00B3441C" w:rsidRPr="00B3441C" w:rsidRDefault="00B3441C" w:rsidP="00B3441C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Ders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kayıtlarında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etkin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destek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verilmesi</w:t>
      </w:r>
      <w:proofErr w:type="spellEnd"/>
    </w:p>
    <w:p w:rsidR="00B3441C" w:rsidRPr="00B3441C" w:rsidRDefault="00B3441C" w:rsidP="00B3441C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Soruların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hızlı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şekilde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cevaplanması</w:t>
      </w:r>
      <w:proofErr w:type="spellEnd"/>
    </w:p>
    <w:p w:rsidR="00B3441C" w:rsidRPr="00B3441C" w:rsidRDefault="00B3441C" w:rsidP="00B3441C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konularda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yol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gösterici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olunması</w:t>
      </w:r>
      <w:proofErr w:type="spellEnd"/>
    </w:p>
    <w:p w:rsidR="00B3441C" w:rsidRPr="00B3441C" w:rsidRDefault="00B3441C" w:rsidP="00B3441C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Çözüm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odaklı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yaklaşım</w:t>
      </w:r>
      <w:proofErr w:type="spellEnd"/>
    </w:p>
    <w:p w:rsidR="00B3441C" w:rsidRPr="00B3441C" w:rsidRDefault="00B3441C" w:rsidP="00B3441C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Öğrencilerle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güçlü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iletişim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kurulması</w:t>
      </w:r>
      <w:proofErr w:type="spellEnd"/>
    </w:p>
    <w:p w:rsidR="00B3441C" w:rsidRPr="00B3441C" w:rsidRDefault="00B3441C" w:rsidP="00B3441C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Samimi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güven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veren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danışmanlık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anlayışı</w:t>
      </w:r>
      <w:proofErr w:type="spellEnd"/>
    </w:p>
    <w:p w:rsidR="00B3441C" w:rsidRPr="00B3441C" w:rsidRDefault="00B3441C" w:rsidP="00B3441C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Gerektiğinde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birebir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ilgilenilmesi</w:t>
      </w:r>
      <w:proofErr w:type="spellEnd"/>
    </w:p>
    <w:p w:rsidR="00B3441C" w:rsidRPr="00B3441C" w:rsidRDefault="00B3441C" w:rsidP="00B3441C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gelişime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katkı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sağlanması</w:t>
      </w:r>
      <w:proofErr w:type="spellEnd"/>
    </w:p>
    <w:p w:rsidR="00B3441C" w:rsidRPr="00B3441C" w:rsidRDefault="00B3441C" w:rsidP="00B3441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Öğrencilerin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önemli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kısmı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yalnızca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Memnunum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>", "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Çok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memnunum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>", "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Herhangi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geliştirilmesi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gereken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yön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bulunmamaktadır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."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şeklinde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görüş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bildirmiştir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>.</w:t>
      </w:r>
    </w:p>
    <w:p w:rsidR="00B3441C" w:rsidRPr="00B3441C" w:rsidRDefault="00B3441C" w:rsidP="00B344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441C" w:rsidRPr="00B3441C" w:rsidRDefault="00B3441C" w:rsidP="00B3441C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b/>
          <w:sz w:val="24"/>
          <w:szCs w:val="24"/>
        </w:rPr>
        <w:lastRenderedPageBreak/>
        <w:t>Geliştirilmesi</w:t>
      </w:r>
      <w:proofErr w:type="spellEnd"/>
      <w:r w:rsidRPr="00B344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b/>
          <w:sz w:val="24"/>
          <w:szCs w:val="24"/>
        </w:rPr>
        <w:t>İstenen</w:t>
      </w:r>
      <w:proofErr w:type="spellEnd"/>
      <w:r w:rsidRPr="00B344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b/>
          <w:sz w:val="24"/>
          <w:szCs w:val="24"/>
        </w:rPr>
        <w:t>Hususlar</w:t>
      </w:r>
      <w:proofErr w:type="spellEnd"/>
    </w:p>
    <w:p w:rsidR="00B3441C" w:rsidRPr="00B3441C" w:rsidRDefault="00B3441C" w:rsidP="00B3441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Açık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uçlu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cevaplardan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hareketle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aşağıdaki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geliştirme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önerileri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öne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çıkmaktadır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>:</w:t>
      </w:r>
    </w:p>
    <w:p w:rsidR="00B3441C" w:rsidRPr="00B3441C" w:rsidRDefault="00B3441C" w:rsidP="00B3441C">
      <w:pPr>
        <w:pStyle w:val="ListeParagraf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Danışmanlarla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birebir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görüşme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sıklığının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artırılması</w:t>
      </w:r>
      <w:proofErr w:type="spellEnd"/>
    </w:p>
    <w:p w:rsidR="00B3441C" w:rsidRPr="00B3441C" w:rsidRDefault="00B3441C" w:rsidP="00B3441C">
      <w:pPr>
        <w:pStyle w:val="ListeParagraf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Danışmanların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ofiste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bulunma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saatlerinin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daha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düzenli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duyurulması</w:t>
      </w:r>
      <w:proofErr w:type="spellEnd"/>
    </w:p>
    <w:p w:rsidR="00B3441C" w:rsidRPr="00B3441C" w:rsidRDefault="00B3441C" w:rsidP="00B3441C">
      <w:pPr>
        <w:pStyle w:val="ListeParagraf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Formasyon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süreci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hakkında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daha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fazla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bilgilendirme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yapılması</w:t>
      </w:r>
      <w:proofErr w:type="spellEnd"/>
    </w:p>
    <w:p w:rsidR="00B3441C" w:rsidRPr="00B3441C" w:rsidRDefault="00B3441C" w:rsidP="00B3441C">
      <w:pPr>
        <w:pStyle w:val="ListeParagraf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Kariyer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planlamasına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yönelik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rehberlik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faaliyetlerinin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artırılması</w:t>
      </w:r>
      <w:proofErr w:type="spellEnd"/>
    </w:p>
    <w:p w:rsidR="00B3441C" w:rsidRPr="00B3441C" w:rsidRDefault="00B3441C" w:rsidP="00B3441C">
      <w:pPr>
        <w:pStyle w:val="ListeParagraf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Bazı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danışmanların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öğrencilere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daha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fazla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zaman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ayırması</w:t>
      </w:r>
      <w:proofErr w:type="spellEnd"/>
    </w:p>
    <w:p w:rsidR="00B3441C" w:rsidRPr="00B3441C" w:rsidRDefault="00B3441C" w:rsidP="00B3441C">
      <w:pPr>
        <w:pStyle w:val="ListeParagraf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danışman-öğrenci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iletişiminin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daha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sistematik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hale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getirilmesi</w:t>
      </w:r>
      <w:proofErr w:type="spellEnd"/>
    </w:p>
    <w:p w:rsidR="00B3441C" w:rsidRPr="00B3441C" w:rsidRDefault="00B3441C" w:rsidP="00B3441C">
      <w:pPr>
        <w:pStyle w:val="ListeParagraf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Dönem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içerisinde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belirli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aralıklarla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danışmanlık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toplantılarının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yapılması</w:t>
      </w:r>
      <w:proofErr w:type="spellEnd"/>
    </w:p>
    <w:p w:rsidR="00B3441C" w:rsidRPr="00B3441C" w:rsidRDefault="00B3441C" w:rsidP="00B3441C">
      <w:pPr>
        <w:pStyle w:val="ListeParagraf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Hazırlık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sınıfı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yabancı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dil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süreçleri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konusunda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bilgilendirme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faaliyetlerinin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artırılması</w:t>
      </w:r>
      <w:proofErr w:type="spellEnd"/>
    </w:p>
    <w:p w:rsidR="00B3441C" w:rsidRPr="00B3441C" w:rsidRDefault="00B3441C" w:rsidP="00B3441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Genel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olarak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olumsuz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görüş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sayısı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oldukça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sınırlı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olup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katılımcıların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büyük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çoğunluğu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danışmanlık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hizmetlerinden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memnun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olduğunu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ifade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etmiştir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>.</w:t>
      </w:r>
    </w:p>
    <w:p w:rsidR="00154066" w:rsidRPr="00B3441C" w:rsidRDefault="00B3441C" w:rsidP="00B3441C">
      <w:pPr>
        <w:pStyle w:val="Balk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 w:rsidRPr="00B3441C">
        <w:rPr>
          <w:rFonts w:ascii="Times New Roman" w:hAnsi="Times New Roman" w:cs="Times New Roman"/>
          <w:sz w:val="24"/>
          <w:szCs w:val="24"/>
        </w:rPr>
        <w:t>Sonuç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Öneriler</w:t>
      </w:r>
      <w:proofErr w:type="spellEnd"/>
    </w:p>
    <w:p w:rsidR="00B3441C" w:rsidRPr="00B3441C" w:rsidRDefault="00B3441C" w:rsidP="00B3441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Anket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sonuçları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İnsan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Toplum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Bilimleri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Fakültesinde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yürütülen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danışmanlık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hizmetlerinin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öğrenciler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tarafından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genel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olarak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başarılı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yeterli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bulunduğunu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göstermektedir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Tüm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değerlendirme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maddelerinde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ortalamanın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puanın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üzerinde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gerçekleşmesi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danışmanlık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sisteminin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etkin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biçimde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işlediğini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ortaya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koymaktadır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>.</w:t>
      </w:r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Bununla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birlikte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kalite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güvence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sistemi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kapsamında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sürekli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iyileştirme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anlayışı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doğrultusunda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aşağıdaki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faaliyetlerin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yürütülmesi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önerilmektedir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>.</w:t>
      </w:r>
    </w:p>
    <w:p w:rsidR="00B3441C" w:rsidRPr="00B3441C" w:rsidRDefault="00B3441C" w:rsidP="00B3441C">
      <w:pPr>
        <w:pStyle w:val="ListeParagraf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danışmanlarla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öğrencilerin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dönem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içerisinde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planlı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görüşmeler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yapması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>.</w:t>
      </w:r>
    </w:p>
    <w:p w:rsidR="00B3441C" w:rsidRPr="00B3441C" w:rsidRDefault="00B3441C" w:rsidP="00B3441C">
      <w:pPr>
        <w:pStyle w:val="ListeParagraf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Danışmanlık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görüşme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saatlerinin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fakülte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web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sayfasında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öğrenci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bilgi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sisteminde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duyurulması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>.</w:t>
      </w:r>
    </w:p>
    <w:p w:rsidR="00B3441C" w:rsidRPr="00B3441C" w:rsidRDefault="00B3441C" w:rsidP="00B3441C">
      <w:pPr>
        <w:pStyle w:val="ListeParagraf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Kariyer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planlama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lisansüstü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eğitim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, Erasmus,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formasyon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değişim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programlarına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yönelik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bilgilendirme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toplantılarının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artırılması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>.</w:t>
      </w:r>
    </w:p>
    <w:p w:rsidR="00B3441C" w:rsidRPr="00B3441C" w:rsidRDefault="00B3441C" w:rsidP="00B3441C">
      <w:pPr>
        <w:pStyle w:val="ListeParagraf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danışmanlık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faaliyetlerinin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dönem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sonunda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düzenli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olarak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değerlendirilmesi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>.</w:t>
      </w:r>
    </w:p>
    <w:p w:rsidR="00B3441C" w:rsidRPr="00B3441C" w:rsidRDefault="00B3441C" w:rsidP="00B3441C">
      <w:pPr>
        <w:pStyle w:val="ListeParagraf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Öğrenci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geri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bildirimlerinin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bölüm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kurullarında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görüşülerek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iyileştirme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kararlarının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alınması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>.</w:t>
      </w:r>
    </w:p>
    <w:p w:rsidR="00B3441C" w:rsidRPr="00B3441C" w:rsidRDefault="00B3441C" w:rsidP="00B3441C">
      <w:pPr>
        <w:pStyle w:val="ListeParagraf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Danışmanlık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süreçlerinin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PUKÖ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Döngüsü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Planla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Uygula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Kontrol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Et–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Önlem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Al)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kapsamında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izlenmesi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elde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edilen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sonuçların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kalite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komisyonunca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değerlendirilmesi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>.</w:t>
      </w:r>
    </w:p>
    <w:p w:rsidR="00B3441C" w:rsidRPr="00B3441C" w:rsidRDefault="00B3441C" w:rsidP="00B344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4066" w:rsidRPr="00B3441C" w:rsidRDefault="00B3441C" w:rsidP="00B3441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41C">
        <w:rPr>
          <w:rFonts w:ascii="Times New Roman" w:hAnsi="Times New Roman" w:cs="Times New Roman"/>
          <w:sz w:val="24"/>
          <w:szCs w:val="24"/>
        </w:rPr>
        <w:lastRenderedPageBreak/>
        <w:t>Genel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değerlendirme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sonucunda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fakültemizde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sunulan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danışmanlık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hizmetlerinin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öğrenciler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tarafından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yüksek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düzeyde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memnuniyetle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karşılandığı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mevcut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uygulamaların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sürdürülmesi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öğrenci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geri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bildirimleri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doğrultusunda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sürekli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iyileştirilmesi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gerektiği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sonucuna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41C">
        <w:rPr>
          <w:rFonts w:ascii="Times New Roman" w:hAnsi="Times New Roman" w:cs="Times New Roman"/>
          <w:sz w:val="24"/>
          <w:szCs w:val="24"/>
        </w:rPr>
        <w:t>ulaşılmıştır</w:t>
      </w:r>
      <w:proofErr w:type="spellEnd"/>
      <w:r w:rsidRPr="00B3441C">
        <w:rPr>
          <w:rFonts w:ascii="Times New Roman" w:hAnsi="Times New Roman" w:cs="Times New Roman"/>
          <w:sz w:val="24"/>
          <w:szCs w:val="24"/>
        </w:rPr>
        <w:t>.</w:t>
      </w:r>
    </w:p>
    <w:sectPr w:rsidR="00154066" w:rsidRPr="00B3441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F011BF9"/>
    <w:multiLevelType w:val="hybridMultilevel"/>
    <w:tmpl w:val="C6A2EB5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0337B"/>
    <w:multiLevelType w:val="hybridMultilevel"/>
    <w:tmpl w:val="63AC4FC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57422"/>
    <w:multiLevelType w:val="hybridMultilevel"/>
    <w:tmpl w:val="149E3A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54066"/>
    <w:rsid w:val="0029639D"/>
    <w:rsid w:val="00326F90"/>
    <w:rsid w:val="00AA1D8D"/>
    <w:rsid w:val="00B3441C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9694CD"/>
  <w14:defaultImageDpi w14:val="300"/>
  <w15:docId w15:val="{34D595F1-ED1F-46CB-B8A9-532A9AEF8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AFB755F-4E69-44E4-923E-080603062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1204</Words>
  <Characters>6867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8055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ITBF</cp:lastModifiedBy>
  <cp:revision>2</cp:revision>
  <dcterms:created xsi:type="dcterms:W3CDTF">2013-12-23T23:15:00Z</dcterms:created>
  <dcterms:modified xsi:type="dcterms:W3CDTF">2026-07-17T06:28:00Z</dcterms:modified>
  <cp:category/>
</cp:coreProperties>
</file>